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jc w:val="center"/>
      </w:pPr>
      <w:r>
        <w:rPr>
          <w:b/>
        </w:rPr>
        <w:t>EK-8</w:t>
      </w:r>
    </w:p>
    <w:p>
      <w:pPr>
        <w:spacing w:after="280" w:before="0"/>
        <w:jc w:val="center"/>
      </w:pPr>
      <w:r>
        <w:rPr>
          <w:b/>
        </w:rPr>
        <w:t>FORM - 17</w:t>
      </w:r>
    </w:p>
    <w:p>
      <w:pPr>
        <w:pStyle w:val="Title"/>
        <w:jc w:val="center"/>
      </w:pPr>
      <w:r>
        <w:t>YAPI MÜTEAHHİDİ TAAHHÜTNAMESİ</w:t>
      </w:r>
    </w:p>
    <w:tbl>
      <w:tblPr>
        <w:tblW w:type="auto" w:w="0"/>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CellMar>
          <w:top w:w="80" w:type="dxa"/>
          <w:left w:w="80" w:type="dxa"/>
          <w:bottom w:w="80" w:type="dxa"/>
          <w:right w:w="80" w:type="dxa"/>
        </w:tblCellMar>
      </w:tblPr>
      <w:tblGrid>
        <w:gridCol w:w="9978"/>
      </w:tblGrid>
      <w:tr>
        <w:trPr>
          <w:cantSplit/>
        </w:trPr>
        <w:tc>
          <w:tcPr>
            <w:tcW w:type="dxa" w:w="9978"/>
          </w:tcPr>
          <w:p>
            <w:pPr>
              <w:spacing w:after="0" w:line="240" w:lineRule="auto"/>
              <w:jc w:val="center"/>
            </w:pPr>
            <w:r>
              <w:rPr>
                <w:b/>
              </w:rPr>
              <w:t>TAAHHÜTNAME</w:t>
            </w:r>
          </w:p>
        </w:tc>
      </w:tr>
      <w:tr>
        <w:trPr>
          <w:cantSplit/>
        </w:trPr>
        <w:tc>
          <w:tcPr>
            <w:tcW w:type="dxa" w:w="9978"/>
          </w:tcPr>
          <w:p>
            <w:pPr>
              <w:spacing w:after="0" w:line="240" w:lineRule="auto"/>
              <w:jc w:val="center"/>
            </w:pPr>
            <w:r>
              <w:rPr>
                <w:b/>
              </w:rPr>
              <w:t>Yapının Müteahhidi</w:t>
            </w:r>
          </w:p>
        </w:tc>
      </w:tr>
      <w:tr>
        <w:trPr>
          <w:cantSplit/>
        </w:trPr>
        <w:tc>
          <w:tcPr>
            <w:tcW w:type="dxa" w:w="9978"/>
          </w:tcPr>
          <w:p>
            <w:pPr>
              <w:tabs>
                <w:tab w:pos="3118" w:val="left"/>
                <w:tab w:pos="3288" w:val="left"/>
              </w:tabs>
              <w:spacing w:after="60" w:before="0"/>
            </w:pPr>
            <w:r>
              <w:rPr>
                <w:b/>
              </w:rPr>
              <w:t>Oda Sicil No</w:t>
              <w:tab/>
              <w:t>:</w:t>
              <w:tab/>
            </w:r>
          </w:p>
          <w:p>
            <w:pPr>
              <w:tabs>
                <w:tab w:pos="3118" w:val="left"/>
                <w:tab w:pos="3288" w:val="left"/>
              </w:tabs>
              <w:spacing w:after="60" w:before="0"/>
            </w:pPr>
            <w:r>
              <w:rPr>
                <w:b/>
              </w:rPr>
              <w:t>Unvanı</w:t>
              <w:tab/>
              <w:t>:</w:t>
              <w:tab/>
            </w:r>
          </w:p>
          <w:p>
            <w:pPr>
              <w:tabs>
                <w:tab w:pos="3118" w:val="left"/>
                <w:tab w:pos="3288" w:val="left"/>
              </w:tabs>
              <w:spacing w:after="60" w:before="0"/>
            </w:pPr>
            <w:r>
              <w:rPr>
                <w:b/>
              </w:rPr>
              <w:t>Adresi</w:t>
              <w:tab/>
              <w:t>:</w:t>
              <w:tab/>
            </w:r>
          </w:p>
          <w:p>
            <w:pPr>
              <w:tabs>
                <w:tab w:pos="3118" w:val="left"/>
                <w:tab w:pos="3288" w:val="left"/>
              </w:tabs>
              <w:spacing w:after="60" w:before="0"/>
            </w:pPr>
            <w:r>
              <w:rPr>
                <w:b/>
              </w:rPr>
              <w:t>Telefonu</w:t>
              <w:tab/>
              <w:t>:</w:t>
              <w:tab/>
            </w:r>
          </w:p>
          <w:p>
            <w:pPr>
              <w:tabs>
                <w:tab w:pos="3118" w:val="left"/>
                <w:tab w:pos="3288" w:val="left"/>
              </w:tabs>
              <w:spacing w:after="60" w:before="0"/>
            </w:pPr>
            <w:r>
              <w:rPr>
                <w:b/>
              </w:rPr>
              <w:t>Yetki Belge No</w:t>
              <w:tab/>
              <w:t>:</w:t>
              <w:tab/>
            </w:r>
          </w:p>
        </w:tc>
      </w:tr>
      <w:tr>
        <w:trPr>
          <w:cantSplit/>
        </w:trPr>
        <w:tc>
          <w:tcPr>
            <w:tcW w:type="dxa" w:w="9978"/>
          </w:tcPr>
          <w:p>
            <w:pPr>
              <w:spacing w:after="0" w:line="240" w:lineRule="auto"/>
              <w:jc w:val="center"/>
            </w:pPr>
            <w:r>
              <w:rPr>
                <w:b/>
              </w:rPr>
              <w:t>Yükümlülüğünü Üstlenilecek İş</w:t>
            </w:r>
          </w:p>
        </w:tc>
      </w:tr>
      <w:tr>
        <w:trPr>
          <w:cantSplit/>
        </w:trPr>
        <w:tc>
          <w:tcPr>
            <w:tcW w:type="dxa" w:w="9978"/>
          </w:tcPr>
          <w:p>
            <w:pPr>
              <w:tabs>
                <w:tab w:pos="3118" w:val="left"/>
                <w:tab w:pos="3288" w:val="left"/>
              </w:tabs>
              <w:spacing w:after="60" w:before="0"/>
            </w:pPr>
            <w:r>
              <w:rPr>
                <w:b/>
              </w:rPr>
              <w:t>İl / İlçe</w:t>
              <w:tab/>
              <w:t>:</w:t>
              <w:tab/>
            </w:r>
          </w:p>
          <w:p>
            <w:pPr>
              <w:tabs>
                <w:tab w:pos="3118" w:val="left"/>
                <w:tab w:pos="3288" w:val="left"/>
              </w:tabs>
              <w:spacing w:after="60" w:before="0"/>
            </w:pPr>
            <w:r>
              <w:rPr>
                <w:b/>
              </w:rPr>
              <w:t>İlgili İdare</w:t>
              <w:tab/>
              <w:t>:</w:t>
              <w:tab/>
            </w:r>
          </w:p>
          <w:p>
            <w:pPr>
              <w:tabs>
                <w:tab w:pos="3118" w:val="left"/>
                <w:tab w:pos="3288" w:val="left"/>
              </w:tabs>
              <w:spacing w:after="60" w:before="0"/>
            </w:pPr>
            <w:r>
              <w:rPr>
                <w:b/>
              </w:rPr>
              <w:t>Pafta/Ada/Parsel No</w:t>
              <w:tab/>
              <w:t>:</w:t>
              <w:tab/>
            </w:r>
          </w:p>
          <w:p>
            <w:pPr>
              <w:tabs>
                <w:tab w:pos="3118" w:val="left"/>
                <w:tab w:pos="3288" w:val="left"/>
              </w:tabs>
              <w:spacing w:after="60" w:before="0"/>
            </w:pPr>
            <w:r>
              <w:rPr>
                <w:b/>
              </w:rPr>
              <w:t>Yapı Adresi</w:t>
              <w:tab/>
              <w:t>:</w:t>
              <w:tab/>
            </w:r>
          </w:p>
          <w:p>
            <w:pPr>
              <w:tabs>
                <w:tab w:pos="3118" w:val="left"/>
                <w:tab w:pos="3288" w:val="left"/>
              </w:tabs>
              <w:spacing w:after="60" w:before="0"/>
            </w:pPr>
            <w:r>
              <w:rPr>
                <w:b/>
              </w:rPr>
              <w:t>Yapı Sahibi</w:t>
              <w:tab/>
              <w:t>:</w:t>
              <w:tab/>
            </w:r>
          </w:p>
          <w:p>
            <w:pPr>
              <w:tabs>
                <w:tab w:pos="3118" w:val="left"/>
                <w:tab w:pos="3288" w:val="left"/>
              </w:tabs>
              <w:spacing w:after="60" w:before="0"/>
            </w:pPr>
            <w:r>
              <w:rPr>
                <w:b/>
              </w:rPr>
              <w:t>Yapı Sahibinin Adresi</w:t>
              <w:tab/>
              <w:t>:</w:t>
              <w:tab/>
            </w:r>
          </w:p>
          <w:p>
            <w:pPr>
              <w:tabs>
                <w:tab w:pos="3118" w:val="left"/>
                <w:tab w:pos="3288" w:val="left"/>
              </w:tabs>
              <w:spacing w:after="60" w:before="0"/>
            </w:pPr>
            <w:r>
              <w:rPr>
                <w:b/>
              </w:rPr>
              <w:t>Sözleşme Başlangıç Tarihi</w:t>
              <w:tab/>
              <w:t>:</w:t>
              <w:tab/>
            </w:r>
          </w:p>
          <w:p>
            <w:pPr>
              <w:tabs>
                <w:tab w:pos="3118" w:val="left"/>
                <w:tab w:pos="3288" w:val="left"/>
              </w:tabs>
              <w:spacing w:after="60" w:before="0"/>
            </w:pPr>
            <w:r>
              <w:rPr>
                <w:b/>
              </w:rPr>
              <w:t>Sözleşme Bitiş Tarihi</w:t>
              <w:tab/>
              <w:t>:</w:t>
              <w:tab/>
            </w:r>
          </w:p>
        </w:tc>
      </w:tr>
      <w:tr>
        <w:trPr>
          <w:cantSplit/>
        </w:trPr>
        <w:tc>
          <w:tcPr>
            <w:tcW w:type="dxa" w:w="9978"/>
          </w:tcPr>
          <w:p>
            <w:pPr>
              <w:spacing w:after="100" w:before="0"/>
              <w:jc w:val="both"/>
            </w:pPr>
            <w:r>
              <w:rPr>
                <w:b w:val="0"/>
              </w:rPr>
              <w:t>Yukarıdaki bilgilere sahip inşaatın yapımında yapı müteahhidi olarak görev alacağımı, müteahhitliğini üstlendiğim yapıda fenni mesul olarak görev almayacağımı, herhangi bir kısıtlılık halimin bulunmadığını,</w:t>
            </w:r>
          </w:p>
          <w:p>
            <w:pPr>
              <w:spacing w:after="100" w:before="0"/>
              <w:jc w:val="both"/>
            </w:pPr>
            <w:r>
              <w:rPr>
                <w:b w:val="0"/>
              </w:rPr>
              <w:t>Yapıyı; tesisatı ve malzemeleriyle birlikte İmar Kanununa, ilgili diğer mevzuata, uygulama imar planına, ruhsata, ruhsat eki etüt ve projelere, standartlara ve teknik şartnamelere uygun olarak inşa edeceğimi,</w:t>
            </w:r>
          </w:p>
          <w:p>
            <w:pPr>
              <w:spacing w:after="100" w:before="0"/>
              <w:jc w:val="both"/>
            </w:pPr>
            <w:r>
              <w:rPr>
                <w:b w:val="0"/>
              </w:rPr>
              <w:t>Yapıda neden olduğum mevzuata aykırılığı gidermeyi, fenni mesulün denetimi olmaksızın inşai faaliyeti sürdürmeyeceğimi, inşaat ve tesisat işlerinde yetki belgesi olmayan usta çalıştırmayacağımı,</w:t>
            </w:r>
          </w:p>
          <w:p>
            <w:pPr>
              <w:spacing w:after="100" w:before="0"/>
              <w:jc w:val="both"/>
            </w:pPr>
            <w:r>
              <w:rPr>
                <w:b w:val="0"/>
              </w:rPr>
              <w:t>Ayrıca yapı müteahhitliğinden herhangi bir nedenle ayrılacağım zaman fenni mesullere, idareye ve yapı sahibine bildirimde bulunacağımı kabul ve taahhüt ederim. ......./...../20......</w:t>
            </w:r>
          </w:p>
          <w:p>
            <w:pPr>
              <w:spacing w:after="0" w:before="320"/>
              <w:ind w:left="6236"/>
              <w:jc w:val="center"/>
            </w:pPr>
            <w:r>
              <w:rPr>
                <w:b w:val="0"/>
              </w:rPr>
              <w:t>Adı-Soyadı</w:t>
            </w:r>
          </w:p>
          <w:p>
            <w:pPr>
              <w:spacing w:after="0" w:before="0"/>
              <w:ind w:left="6236"/>
              <w:jc w:val="center"/>
            </w:pPr>
            <w:r>
              <w:rPr>
                <w:b w:val="0"/>
              </w:rPr>
              <w:t>Unvanı</w:t>
            </w:r>
          </w:p>
          <w:p>
            <w:pPr>
              <w:spacing w:after="0" w:before="0"/>
              <w:ind w:left="6236"/>
              <w:jc w:val="center"/>
            </w:pPr>
            <w:r>
              <w:rPr>
                <w:b w:val="0"/>
              </w:rPr>
              <w:t>Oda Sicil No</w:t>
            </w:r>
          </w:p>
          <w:p>
            <w:pPr>
              <w:spacing w:after="0" w:before="0"/>
              <w:ind w:left="6236"/>
              <w:jc w:val="center"/>
            </w:pPr>
            <w:r>
              <w:rPr>
                <w:b w:val="0"/>
              </w:rPr>
              <w:t>İmza</w:t>
            </w:r>
          </w:p>
          <w:p>
            <w:pPr>
              <w:spacing w:after="500" w:before="0"/>
            </w:pPr>
            <w:r>
              <w:rPr>
                <w:b w:val="0"/>
              </w:rPr>
            </w:r>
          </w:p>
        </w:tc>
      </w:tr>
      <w:tr>
        <w:trPr>
          <w:cantSplit/>
        </w:trPr>
        <w:tc>
          <w:tcPr>
            <w:tcW w:type="dxa" w:w="9978"/>
          </w:tcPr>
          <w:p>
            <w:pPr>
              <w:spacing w:after="0" w:line="240" w:lineRule="auto"/>
            </w:pPr>
            <w:r>
              <w:rPr>
                <w:b w:val="0"/>
              </w:rPr>
              <w:t>Gerçeğe aykırı beyanda bulunduğu tespit edilenlerin işlemleri iptal edilecek ve bu kişiler hakkında 5237 sayılı Türk Ceza Kanununun ilgili hükümleri gereği Cumhuriyet Savcılığına suç duyurusunda bulunulacak, mimar veya mühendis unvanına haiz olmaları halinde ilgili mevzuatı uyarınca işlem yapılmak üzere ilgili Meslek Odasına ve Bakanlığa bilgi verilecektir.</w:t>
            </w:r>
          </w:p>
        </w:tc>
      </w:tr>
    </w:tbl>
    <w:sectPr w:rsidR="00FC693F" w:rsidRPr="0006063C"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imes New Roman" w:hAnsi="Times New Roman" w:eastAsia="Times New Roman" w:cs="Times New Roman"/>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YAPI MÜTEAHHİDİ TAAHHÜTNAMESİ</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