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jc w:val="center"/>
      </w:pPr>
      <w:r>
        <w:rPr>
          <w:b/>
        </w:rPr>
        <w:t>EK-1</w:t>
      </w:r>
    </w:p>
    <w:p>
      <w:pPr>
        <w:spacing w:after="280" w:before="0"/>
        <w:jc w:val="center"/>
      </w:pPr>
      <w:r>
        <w:rPr>
          <w:b/>
        </w:rPr>
        <w:t>FORM - 6</w:t>
      </w:r>
    </w:p>
    <w:p>
      <w:pPr>
        <w:pStyle w:val="Title"/>
        <w:jc w:val="center"/>
      </w:pPr>
      <w:r>
        <w:t>ŞANTİYE ŞEFİ TAAHHÜTNAMESİ</w:t>
      </w:r>
    </w:p>
    <w:tbl>
      <w:tblPr>
        <w:tblW w:type="auto" w:w="0"/>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CellMar>
          <w:top w:w="80" w:type="dxa"/>
          <w:left w:w="80" w:type="dxa"/>
          <w:bottom w:w="80" w:type="dxa"/>
          <w:right w:w="80" w:type="dxa"/>
        </w:tblCellMar>
      </w:tblPr>
      <w:tblGrid>
        <w:gridCol w:w="9978"/>
      </w:tblGrid>
      <w:tr>
        <w:trPr>
          <w:cantSplit/>
        </w:trPr>
        <w:tc>
          <w:tcPr>
            <w:tcW w:type="dxa" w:w="9978"/>
          </w:tcPr>
          <w:p>
            <w:pPr>
              <w:spacing w:after="0" w:line="240" w:lineRule="auto"/>
              <w:jc w:val="center"/>
            </w:pPr>
            <w:r>
              <w:rPr>
                <w:b/>
              </w:rPr>
              <w:t>TAAHHÜTNAME</w:t>
            </w:r>
          </w:p>
        </w:tc>
      </w:tr>
      <w:tr>
        <w:trPr>
          <w:cantSplit/>
        </w:trPr>
        <w:tc>
          <w:tcPr>
            <w:tcW w:type="dxa" w:w="9978"/>
          </w:tcPr>
          <w:p>
            <w:pPr>
              <w:spacing w:after="0" w:line="240" w:lineRule="auto"/>
              <w:jc w:val="center"/>
            </w:pPr>
            <w:r>
              <w:rPr>
                <w:b/>
              </w:rPr>
              <w:t>Şantiye Şefi</w:t>
            </w:r>
          </w:p>
        </w:tc>
      </w:tr>
      <w:tr>
        <w:trPr>
          <w:cantSplit/>
        </w:trPr>
        <w:tc>
          <w:tcPr>
            <w:tcW w:type="dxa" w:w="9978"/>
          </w:tcPr>
          <w:p>
            <w:pPr>
              <w:tabs>
                <w:tab w:pos="3118" w:val="left"/>
                <w:tab w:pos="3288" w:val="left"/>
              </w:tabs>
              <w:spacing w:after="60" w:before="0"/>
            </w:pPr>
            <w:r>
              <w:rPr>
                <w:b/>
              </w:rPr>
              <w:t>Oda Sicil No</w:t>
              <w:tab/>
              <w:t>:</w:t>
              <w:tab/>
            </w:r>
          </w:p>
          <w:p>
            <w:pPr>
              <w:tabs>
                <w:tab w:pos="3118" w:val="left"/>
                <w:tab w:pos="3288" w:val="left"/>
              </w:tabs>
              <w:spacing w:after="60" w:before="0"/>
            </w:pPr>
            <w:r>
              <w:rPr>
                <w:b/>
              </w:rPr>
              <w:t>Unvanı</w:t>
              <w:tab/>
              <w:t>:</w:t>
              <w:tab/>
            </w:r>
          </w:p>
          <w:p>
            <w:pPr>
              <w:tabs>
                <w:tab w:pos="3118" w:val="left"/>
                <w:tab w:pos="3288" w:val="left"/>
              </w:tabs>
              <w:spacing w:after="60" w:before="0"/>
            </w:pPr>
            <w:r>
              <w:rPr>
                <w:b/>
              </w:rPr>
              <w:t>Adresi</w:t>
              <w:tab/>
              <w:t>:</w:t>
              <w:tab/>
            </w:r>
          </w:p>
          <w:p>
            <w:pPr>
              <w:tabs>
                <w:tab w:pos="3118" w:val="left"/>
                <w:tab w:pos="3288" w:val="left"/>
              </w:tabs>
              <w:spacing w:after="60" w:before="0"/>
            </w:pPr>
            <w:r>
              <w:rPr>
                <w:b/>
              </w:rPr>
              <w:t>Telefonu</w:t>
              <w:tab/>
              <w:t>:</w:t>
              <w:tab/>
            </w:r>
          </w:p>
        </w:tc>
      </w:tr>
      <w:tr>
        <w:trPr>
          <w:cantSplit/>
        </w:trPr>
        <w:tc>
          <w:tcPr>
            <w:tcW w:type="dxa" w:w="9978"/>
          </w:tcPr>
          <w:p>
            <w:pPr>
              <w:spacing w:after="0" w:line="240" w:lineRule="auto"/>
              <w:jc w:val="center"/>
            </w:pPr>
            <w:r>
              <w:rPr>
                <w:b/>
              </w:rPr>
              <w:t>Şantiye Şefliği Üstlenilen Yapı</w:t>
            </w:r>
          </w:p>
        </w:tc>
      </w:tr>
      <w:tr>
        <w:trPr>
          <w:cantSplit/>
        </w:trPr>
        <w:tc>
          <w:tcPr>
            <w:tcW w:type="dxa" w:w="9978"/>
          </w:tcPr>
          <w:p>
            <w:pPr>
              <w:tabs>
                <w:tab w:pos="3118" w:val="left"/>
                <w:tab w:pos="3288" w:val="left"/>
              </w:tabs>
              <w:spacing w:after="60" w:before="0"/>
            </w:pPr>
            <w:r>
              <w:rPr>
                <w:b/>
              </w:rPr>
              <w:t>İl / İlçe</w:t>
              <w:tab/>
              <w:t>:</w:t>
              <w:tab/>
            </w:r>
          </w:p>
          <w:p>
            <w:pPr>
              <w:tabs>
                <w:tab w:pos="3118" w:val="left"/>
                <w:tab w:pos="3288" w:val="left"/>
              </w:tabs>
              <w:spacing w:after="60" w:before="0"/>
            </w:pPr>
            <w:r>
              <w:rPr>
                <w:b/>
              </w:rPr>
              <w:t>İlgili İdare</w:t>
              <w:tab/>
              <w:t>:</w:t>
              <w:tab/>
            </w:r>
          </w:p>
          <w:p>
            <w:pPr>
              <w:tabs>
                <w:tab w:pos="3118" w:val="left"/>
                <w:tab w:pos="3288" w:val="left"/>
              </w:tabs>
              <w:spacing w:after="60" w:before="0"/>
            </w:pPr>
            <w:r>
              <w:rPr>
                <w:b/>
              </w:rPr>
              <w:t>Pafta/Ada/Parsel No</w:t>
              <w:tab/>
              <w:t>:</w:t>
              <w:tab/>
            </w:r>
          </w:p>
          <w:p>
            <w:pPr>
              <w:tabs>
                <w:tab w:pos="3118" w:val="left"/>
                <w:tab w:pos="3288" w:val="left"/>
              </w:tabs>
              <w:spacing w:after="60" w:before="0"/>
            </w:pPr>
            <w:r>
              <w:rPr>
                <w:b/>
              </w:rPr>
              <w:t>Yapı Adresi</w:t>
              <w:tab/>
              <w:t>:</w:t>
              <w:tab/>
            </w:r>
          </w:p>
          <w:p>
            <w:pPr>
              <w:tabs>
                <w:tab w:pos="3118" w:val="left"/>
                <w:tab w:pos="3288" w:val="left"/>
              </w:tabs>
              <w:spacing w:after="60" w:before="0"/>
            </w:pPr>
            <w:r>
              <w:rPr>
                <w:b/>
              </w:rPr>
              <w:t>Yapı Sahibi</w:t>
              <w:tab/>
              <w:t>:</w:t>
              <w:tab/>
            </w:r>
          </w:p>
          <w:p>
            <w:pPr>
              <w:tabs>
                <w:tab w:pos="3118" w:val="left"/>
                <w:tab w:pos="3288" w:val="left"/>
              </w:tabs>
              <w:spacing w:after="60" w:before="0"/>
            </w:pPr>
            <w:r>
              <w:rPr>
                <w:b/>
              </w:rPr>
              <w:t>Yapı Sahibinin Adresi</w:t>
              <w:tab/>
              <w:t>:</w:t>
              <w:tab/>
            </w:r>
          </w:p>
        </w:tc>
      </w:tr>
      <w:tr>
        <w:trPr>
          <w:cantSplit/>
        </w:trPr>
        <w:tc>
          <w:tcPr>
            <w:tcW w:type="dxa" w:w="9978"/>
          </w:tcPr>
          <w:p>
            <w:pPr>
              <w:spacing w:after="100" w:before="0"/>
              <w:jc w:val="both"/>
            </w:pPr>
            <w:r>
              <w:rPr>
                <w:b w:val="0"/>
              </w:rPr>
              <w:t>Yukarıdaki bilgilere sahip yapının şantiye şefliğini üstlenmemde 6235 sayılı Türk Mühendis ve Mimar Odaları Birliği Kanunu, 3194 sayılı İmar Kanunu ve ilgili mevzuat kapsamında süreli veya süresiz olarak mesleki faaliyet haklarımda herhangi bir kısıtlılık bulunmadığını taahhüt ederim. ...../..../20.....</w:t>
            </w:r>
          </w:p>
          <w:p>
            <w:pPr>
              <w:spacing w:after="0" w:before="320"/>
              <w:ind w:left="6236"/>
              <w:jc w:val="center"/>
            </w:pPr>
            <w:r>
              <w:rPr>
                <w:b w:val="0"/>
              </w:rPr>
              <w:t>Şantiye Şefi</w:t>
            </w:r>
          </w:p>
          <w:p>
            <w:pPr>
              <w:spacing w:after="0" w:before="0"/>
              <w:ind w:left="6236"/>
              <w:jc w:val="center"/>
            </w:pPr>
            <w:r>
              <w:rPr>
                <w:b w:val="0"/>
              </w:rPr>
              <w:t>Adı-Soyadı</w:t>
            </w:r>
          </w:p>
          <w:p>
            <w:pPr>
              <w:spacing w:after="0" w:before="0"/>
              <w:ind w:left="6236"/>
              <w:jc w:val="center"/>
            </w:pPr>
            <w:r>
              <w:rPr>
                <w:b w:val="0"/>
              </w:rPr>
              <w:t>Unvanı</w:t>
            </w:r>
          </w:p>
          <w:p>
            <w:pPr>
              <w:spacing w:after="0" w:before="0"/>
              <w:ind w:left="6236"/>
              <w:jc w:val="center"/>
            </w:pPr>
            <w:r>
              <w:rPr>
                <w:b w:val="0"/>
              </w:rPr>
              <w:t>İmza</w:t>
            </w:r>
          </w:p>
          <w:p>
            <w:pPr>
              <w:spacing w:after="500" w:before="0"/>
            </w:pPr>
            <w:r>
              <w:rPr>
                <w:b w:val="0"/>
              </w:rPr>
            </w:r>
          </w:p>
        </w:tc>
      </w:tr>
      <w:tr>
        <w:trPr>
          <w:cantSplit/>
        </w:trPr>
        <w:tc>
          <w:tcPr>
            <w:tcW w:type="dxa" w:w="9978"/>
          </w:tcPr>
          <w:p>
            <w:pPr>
              <w:spacing w:after="0" w:line="240" w:lineRule="auto"/>
            </w:pPr>
            <w:r>
              <w:rPr>
                <w:b w:val="0"/>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sectPr w:rsidR="00FC693F" w:rsidRPr="0006063C"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imes New Roman" w:hAnsi="Times New Roman" w:eastAsia="Times New Roman" w:cs="Times New Roman"/>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ŞANTİYE ŞEFİ TAAHHÜTNAMESİ</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