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0"/>
        <w:jc w:val="center"/>
      </w:pPr>
      <w:r>
        <w:rPr>
          <w:b/>
        </w:rPr>
        <w:t>EK-1</w:t>
      </w:r>
    </w:p>
    <w:p>
      <w:pPr>
        <w:spacing w:after="280" w:before="0"/>
        <w:jc w:val="center"/>
      </w:pPr>
      <w:r>
        <w:rPr>
          <w:b/>
        </w:rPr>
        <w:t>FORM - 1</w:t>
      </w:r>
    </w:p>
    <w:p>
      <w:pPr>
        <w:pStyle w:val="Title"/>
        <w:jc w:val="center"/>
      </w:pPr>
      <w:r>
        <w:t>PROJE MÜELLİFİ TAAHHÜTNAMESİ</w:t>
      </w:r>
    </w:p>
    <w:tbl>
      <w:tblPr>
        <w:tblW w:type="auto" w:w="0"/>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CellMar>
          <w:top w:w="80" w:type="dxa"/>
          <w:left w:w="80" w:type="dxa"/>
          <w:bottom w:w="80" w:type="dxa"/>
          <w:right w:w="80" w:type="dxa"/>
        </w:tblCellMar>
      </w:tblPr>
      <w:tblGrid>
        <w:gridCol w:w="9978"/>
      </w:tblGrid>
      <w:tr>
        <w:trPr>
          <w:cantSplit/>
        </w:trPr>
        <w:tc>
          <w:tcPr>
            <w:tcW w:type="dxa" w:w="9978"/>
          </w:tcPr>
          <w:p>
            <w:pPr>
              <w:spacing w:after="0" w:line="240" w:lineRule="auto"/>
              <w:jc w:val="center"/>
            </w:pPr>
            <w:r>
              <w:rPr>
                <w:b/>
              </w:rPr>
              <w:t>TAAHHÜTNAME</w:t>
            </w:r>
          </w:p>
        </w:tc>
      </w:tr>
      <w:tr>
        <w:trPr>
          <w:cantSplit/>
        </w:trPr>
        <w:tc>
          <w:tcPr>
            <w:tcW w:type="dxa" w:w="9978"/>
          </w:tcPr>
          <w:p>
            <w:pPr>
              <w:spacing w:after="0" w:line="240" w:lineRule="auto"/>
              <w:jc w:val="center"/>
            </w:pPr>
            <w:r>
              <w:rPr>
                <w:b/>
              </w:rPr>
              <w:t>Proje Müellifi</w:t>
            </w:r>
          </w:p>
        </w:tc>
      </w:tr>
      <w:tr>
        <w:trPr>
          <w:cantSplit/>
        </w:trPr>
        <w:tc>
          <w:tcPr>
            <w:tcW w:type="dxa" w:w="9978"/>
          </w:tcPr>
          <w:p>
            <w:pPr>
              <w:tabs>
                <w:tab w:pos="3118" w:val="left"/>
                <w:tab w:pos="3288" w:val="left"/>
              </w:tabs>
              <w:spacing w:after="60" w:before="0"/>
            </w:pPr>
            <w:r>
              <w:rPr>
                <w:b/>
              </w:rPr>
              <w:t>Oda Sicil No</w:t>
              <w:tab/>
              <w:t>:</w:t>
              <w:tab/>
            </w:r>
          </w:p>
          <w:p>
            <w:pPr>
              <w:tabs>
                <w:tab w:pos="3118" w:val="left"/>
                <w:tab w:pos="3288" w:val="left"/>
              </w:tabs>
              <w:spacing w:after="60" w:before="0"/>
            </w:pPr>
            <w:r>
              <w:rPr>
                <w:b/>
              </w:rPr>
              <w:t>Unvanı</w:t>
              <w:tab/>
              <w:t>:</w:t>
              <w:tab/>
            </w:r>
          </w:p>
          <w:p>
            <w:pPr>
              <w:tabs>
                <w:tab w:pos="3118" w:val="left"/>
                <w:tab w:pos="3288" w:val="left"/>
              </w:tabs>
              <w:spacing w:after="60" w:before="0"/>
            </w:pPr>
            <w:r>
              <w:rPr>
                <w:b/>
              </w:rPr>
              <w:t>Adresi</w:t>
              <w:tab/>
              <w:t>:</w:t>
              <w:tab/>
            </w:r>
          </w:p>
          <w:p>
            <w:pPr>
              <w:tabs>
                <w:tab w:pos="3118" w:val="left"/>
                <w:tab w:pos="3288" w:val="left"/>
              </w:tabs>
              <w:spacing w:after="60" w:before="0"/>
            </w:pPr>
            <w:r>
              <w:rPr>
                <w:b/>
              </w:rPr>
              <w:t>Telefonu</w:t>
              <w:tab/>
              <w:t>:</w:t>
              <w:tab/>
            </w:r>
          </w:p>
        </w:tc>
      </w:tr>
      <w:tr>
        <w:trPr>
          <w:cantSplit/>
        </w:trPr>
        <w:tc>
          <w:tcPr>
            <w:tcW w:type="dxa" w:w="9978"/>
          </w:tcPr>
          <w:p>
            <w:pPr>
              <w:spacing w:after="0" w:line="240" w:lineRule="auto"/>
              <w:jc w:val="center"/>
            </w:pPr>
            <w:r>
              <w:rPr>
                <w:b/>
              </w:rPr>
              <w:t>Müellifliği Üstlenilen Proje</w:t>
            </w:r>
          </w:p>
        </w:tc>
      </w:tr>
      <w:tr>
        <w:trPr>
          <w:cantSplit/>
        </w:trPr>
        <w:tc>
          <w:tcPr>
            <w:tcW w:type="dxa" w:w="9978"/>
          </w:tcPr>
          <w:p>
            <w:pPr>
              <w:tabs>
                <w:tab w:pos="3118" w:val="left"/>
                <w:tab w:pos="3288" w:val="left"/>
              </w:tabs>
              <w:spacing w:after="60" w:before="0"/>
            </w:pPr>
            <w:r>
              <w:rPr>
                <w:b/>
              </w:rPr>
              <w:t>İl / İlçe</w:t>
              <w:tab/>
              <w:t>:</w:t>
              <w:tab/>
            </w:r>
          </w:p>
          <w:p>
            <w:pPr>
              <w:tabs>
                <w:tab w:pos="3118" w:val="left"/>
                <w:tab w:pos="3288" w:val="left"/>
              </w:tabs>
              <w:spacing w:after="60" w:before="0"/>
            </w:pPr>
            <w:r>
              <w:rPr>
                <w:b/>
              </w:rPr>
              <w:t>İlgili İdare</w:t>
              <w:tab/>
              <w:t>:</w:t>
              <w:tab/>
            </w:r>
          </w:p>
          <w:p>
            <w:pPr>
              <w:tabs>
                <w:tab w:pos="3118" w:val="left"/>
                <w:tab w:pos="3288" w:val="left"/>
              </w:tabs>
              <w:spacing w:after="60" w:before="0"/>
            </w:pPr>
            <w:r>
              <w:rPr>
                <w:b/>
              </w:rPr>
              <w:t>Pafta/Ada/Parsel No</w:t>
              <w:tab/>
              <w:t>:</w:t>
              <w:tab/>
            </w:r>
          </w:p>
          <w:p>
            <w:pPr>
              <w:tabs>
                <w:tab w:pos="3118" w:val="left"/>
                <w:tab w:pos="3288" w:val="left"/>
              </w:tabs>
              <w:spacing w:after="60" w:before="0"/>
            </w:pPr>
            <w:r>
              <w:rPr>
                <w:b/>
              </w:rPr>
              <w:t>Yapı Adresi</w:t>
              <w:tab/>
              <w:t>:</w:t>
              <w:tab/>
            </w:r>
          </w:p>
          <w:p>
            <w:pPr>
              <w:tabs>
                <w:tab w:pos="3118" w:val="left"/>
                <w:tab w:pos="3288" w:val="left"/>
              </w:tabs>
              <w:spacing w:after="60" w:before="0"/>
            </w:pPr>
            <w:r>
              <w:rPr>
                <w:b/>
              </w:rPr>
              <w:t>Yapı Sahibi</w:t>
              <w:tab/>
              <w:t>:</w:t>
              <w:tab/>
            </w:r>
          </w:p>
          <w:p>
            <w:pPr>
              <w:tabs>
                <w:tab w:pos="3118" w:val="left"/>
                <w:tab w:pos="3288" w:val="left"/>
              </w:tabs>
              <w:spacing w:after="60" w:before="0"/>
            </w:pPr>
            <w:r>
              <w:rPr>
                <w:b/>
              </w:rPr>
              <w:t>Yapı Sahibinin Adresi</w:t>
              <w:tab/>
              <w:t>:</w:t>
              <w:tab/>
            </w:r>
          </w:p>
          <w:p>
            <w:pPr>
              <w:tabs>
                <w:tab w:pos="3118" w:val="left"/>
                <w:tab w:pos="3288" w:val="left"/>
              </w:tabs>
              <w:spacing w:after="60" w:before="0"/>
            </w:pPr>
            <w:r>
              <w:rPr>
                <w:b/>
              </w:rPr>
              <w:t>Projenin Türü</w:t>
              <w:tab/>
              <w:t>:</w:t>
              <w:tab/>
            </w:r>
          </w:p>
        </w:tc>
      </w:tr>
      <w:tr>
        <w:trPr>
          <w:cantSplit/>
        </w:trPr>
        <w:tc>
          <w:tcPr>
            <w:tcW w:type="dxa" w:w="9978"/>
          </w:tcPr>
          <w:p>
            <w:pPr>
              <w:spacing w:after="100" w:before="0"/>
              <w:jc w:val="both"/>
            </w:pPr>
            <w:r>
              <w:rPr>
                <w:b w:val="0"/>
              </w:rPr>
              <w:t>Yukarıdaki bilgilere sahip projenin müellifliğini üstlenmemde 6235 sayılı Türk Mühendis ve Mimar Odaları Birliği Kanunu, 3194 sayılı İmar Kanunu ve ilgili mevzuat kapsamında süreli veya süresiz olarak mesleki faaliyet haklarımda herhangi bir kısıtlılık bulunmadığını,</w:t>
            </w:r>
          </w:p>
          <w:p>
            <w:pPr>
              <w:spacing w:after="100" w:before="0"/>
              <w:jc w:val="both"/>
            </w:pPr>
            <w:r>
              <w:rPr>
                <w:b w:val="0"/>
              </w:rPr>
              <w:t>Yukarıdaki bilgilere sahip yapıya ilişkin hazırlanacak tüm projelerde, 3194 sayılı Kanun ve deprem, yangın,enerji verimliliği, asansör gibi ilgili tüm mevzuat hükümlerini eksiksiz uygulayacağımı taahhüt ederim. ...../..../20.....</w:t>
            </w:r>
          </w:p>
          <w:p>
            <w:pPr>
              <w:spacing w:after="0" w:before="320"/>
              <w:ind w:left="6236"/>
              <w:jc w:val="center"/>
            </w:pPr>
            <w:r>
              <w:rPr>
                <w:b w:val="0"/>
              </w:rPr>
              <w:t>Proje Müellifi</w:t>
            </w:r>
          </w:p>
          <w:p>
            <w:pPr>
              <w:spacing w:after="0" w:before="0"/>
              <w:ind w:left="6236"/>
              <w:jc w:val="center"/>
            </w:pPr>
            <w:r>
              <w:rPr>
                <w:b w:val="0"/>
              </w:rPr>
              <w:t>Adı-Soyadı</w:t>
            </w:r>
          </w:p>
          <w:p>
            <w:pPr>
              <w:spacing w:after="0" w:before="0"/>
              <w:ind w:left="6236"/>
              <w:jc w:val="center"/>
            </w:pPr>
            <w:r>
              <w:rPr>
                <w:b w:val="0"/>
              </w:rPr>
              <w:t>Unvanı</w:t>
            </w:r>
          </w:p>
          <w:p>
            <w:pPr>
              <w:spacing w:after="0" w:before="0"/>
              <w:ind w:left="6236"/>
              <w:jc w:val="center"/>
            </w:pPr>
            <w:r>
              <w:rPr>
                <w:b w:val="0"/>
              </w:rPr>
              <w:t>İmza</w:t>
            </w:r>
          </w:p>
          <w:p>
            <w:pPr>
              <w:spacing w:after="500" w:before="0"/>
            </w:pPr>
            <w:r>
              <w:rPr>
                <w:b w:val="0"/>
              </w:rPr>
            </w:r>
          </w:p>
        </w:tc>
      </w:tr>
      <w:tr>
        <w:trPr>
          <w:cantSplit/>
        </w:trPr>
        <w:tc>
          <w:tcPr>
            <w:tcW w:type="dxa" w:w="9978"/>
          </w:tcPr>
          <w:p>
            <w:pPr>
              <w:spacing w:after="0" w:line="240" w:lineRule="auto"/>
            </w:pPr>
            <w:r>
              <w:rPr>
                <w:b w:val="0"/>
              </w:rPr>
              <w:t>Gerçeğe aykırı beyanda bulunduğu tespit edilenlerin işlemleri iptal edilecek ve bu kişiler hakkında 5237 sayılı Türk Ceza Kanununun ilgili hükümleri gereği Cumhuriyet Savcılığına suç duyurusunda bulunulacak, ayrıca 6235 sayılı Türk Mühendis ve Mimar Odaları Birliği Kanunu ve ilgili mevzuatı uyarınca işlem yapılmak üzere ilgili Meslek Odasına bilgi verilecektir.</w:t>
            </w:r>
          </w:p>
        </w:tc>
      </w:tr>
    </w:tbl>
    <w:sectPr w:rsidR="00FC693F" w:rsidRPr="0006063C" w:rsidSect="00034616">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eastAsia="Times New Roman" w:cs="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imes New Roman" w:hAnsi="Times New Roman" w:eastAsia="Times New Roman" w:cs="Times New Roman"/>
      <w:b/>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 MÜELLİFİ TAAHHÜTNAMESİ</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